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582AC" w14:textId="77777777" w:rsidR="007113F8" w:rsidRDefault="00000000">
      <w:pPr>
        <w:pStyle w:val="Nagwek1"/>
        <w:jc w:val="center"/>
      </w:pPr>
      <w:r>
        <w:t>FORMULARZ ZGŁASZANIA UWAG I WNIOSKÓW</w:t>
      </w:r>
    </w:p>
    <w:p w14:paraId="3A22F7D9" w14:textId="77777777" w:rsidR="007113F8" w:rsidRDefault="00000000">
      <w:pPr>
        <w:jc w:val="center"/>
      </w:pPr>
      <w:r>
        <w:rPr>
          <w:b/>
        </w:rPr>
        <w:t>w ramach konsultacji społecznych</w:t>
      </w:r>
    </w:p>
    <w:p w14:paraId="6A8B00DE" w14:textId="77777777" w:rsidR="007113F8" w:rsidRDefault="007113F8"/>
    <w:p w14:paraId="71AD37F6" w14:textId="52A37889" w:rsidR="007113F8" w:rsidRDefault="00000000">
      <w:r>
        <w:rPr>
          <w:b/>
        </w:rPr>
        <w:t>Przedmiot konsultacji:</w:t>
      </w:r>
      <w:r>
        <w:rPr>
          <w:b/>
        </w:rPr>
        <w:br/>
      </w:r>
      <w:r w:rsidR="00E6626A" w:rsidRPr="000658DF">
        <w:rPr>
          <w:b/>
          <w:bCs/>
          <w:i/>
          <w:sz w:val="28"/>
          <w:szCs w:val="28"/>
        </w:rPr>
        <w:t xml:space="preserve">Projekt </w:t>
      </w:r>
      <w:proofErr w:type="spellStart"/>
      <w:r w:rsidR="00E6626A" w:rsidRPr="000658DF">
        <w:rPr>
          <w:b/>
          <w:bCs/>
          <w:i/>
          <w:sz w:val="28"/>
          <w:szCs w:val="28"/>
        </w:rPr>
        <w:t>planu</w:t>
      </w:r>
      <w:proofErr w:type="spellEnd"/>
      <w:r w:rsidR="00E6626A" w:rsidRPr="000658DF">
        <w:rPr>
          <w:b/>
          <w:bCs/>
          <w:i/>
          <w:sz w:val="28"/>
          <w:szCs w:val="28"/>
        </w:rPr>
        <w:t xml:space="preserve"> </w:t>
      </w:r>
      <w:proofErr w:type="spellStart"/>
      <w:r w:rsidR="00E6626A" w:rsidRPr="000658DF">
        <w:rPr>
          <w:b/>
          <w:bCs/>
          <w:i/>
          <w:sz w:val="28"/>
          <w:szCs w:val="28"/>
        </w:rPr>
        <w:t>ochrony</w:t>
      </w:r>
      <w:proofErr w:type="spellEnd"/>
      <w:r w:rsidR="00E6626A" w:rsidRPr="000658DF">
        <w:rPr>
          <w:b/>
          <w:bCs/>
          <w:i/>
          <w:sz w:val="28"/>
          <w:szCs w:val="28"/>
        </w:rPr>
        <w:t xml:space="preserve"> </w:t>
      </w:r>
      <w:proofErr w:type="spellStart"/>
      <w:r w:rsidR="00E6626A" w:rsidRPr="000658DF">
        <w:rPr>
          <w:b/>
          <w:bCs/>
          <w:i/>
          <w:sz w:val="28"/>
          <w:szCs w:val="28"/>
        </w:rPr>
        <w:t>dla</w:t>
      </w:r>
      <w:proofErr w:type="spellEnd"/>
      <w:r w:rsidR="00E6626A" w:rsidRPr="000658DF">
        <w:rPr>
          <w:b/>
          <w:bCs/>
          <w:i/>
          <w:sz w:val="28"/>
          <w:szCs w:val="28"/>
        </w:rPr>
        <w:t xml:space="preserve"> </w:t>
      </w:r>
      <w:proofErr w:type="spellStart"/>
      <w:r w:rsidR="00E6626A" w:rsidRPr="000658DF">
        <w:rPr>
          <w:b/>
          <w:bCs/>
          <w:i/>
          <w:sz w:val="28"/>
          <w:szCs w:val="28"/>
        </w:rPr>
        <w:t>Welskiego</w:t>
      </w:r>
      <w:proofErr w:type="spellEnd"/>
      <w:r w:rsidR="00E6626A" w:rsidRPr="000658DF">
        <w:rPr>
          <w:b/>
          <w:bCs/>
          <w:i/>
          <w:sz w:val="28"/>
          <w:szCs w:val="28"/>
        </w:rPr>
        <w:t xml:space="preserve"> </w:t>
      </w:r>
      <w:proofErr w:type="spellStart"/>
      <w:r w:rsidR="00E6626A" w:rsidRPr="000658DF">
        <w:rPr>
          <w:b/>
          <w:bCs/>
          <w:i/>
          <w:sz w:val="28"/>
          <w:szCs w:val="28"/>
        </w:rPr>
        <w:t>Parku</w:t>
      </w:r>
      <w:proofErr w:type="spellEnd"/>
      <w:r w:rsidR="00E6626A" w:rsidRPr="000658DF">
        <w:rPr>
          <w:b/>
          <w:bCs/>
          <w:i/>
          <w:sz w:val="28"/>
          <w:szCs w:val="28"/>
        </w:rPr>
        <w:t xml:space="preserve"> </w:t>
      </w:r>
      <w:proofErr w:type="spellStart"/>
      <w:r w:rsidR="00E6626A" w:rsidRPr="000658DF">
        <w:rPr>
          <w:b/>
          <w:bCs/>
          <w:i/>
          <w:sz w:val="28"/>
          <w:szCs w:val="28"/>
        </w:rPr>
        <w:t>Krajobrazowego</w:t>
      </w:r>
      <w:proofErr w:type="spellEnd"/>
      <w:r>
        <w:rPr>
          <w:i/>
        </w:rPr>
        <w:br/>
      </w:r>
    </w:p>
    <w:p w14:paraId="1D48C71D" w14:textId="77777777" w:rsidR="007113F8" w:rsidRDefault="007113F8"/>
    <w:p w14:paraId="0C0B68FF" w14:textId="77777777" w:rsidR="007113F8" w:rsidRDefault="00000000">
      <w:pPr>
        <w:pStyle w:val="Nagwek2"/>
      </w:pPr>
      <w:r>
        <w:t>1. Dane składającego wniosek/uwagę</w:t>
      </w:r>
    </w:p>
    <w:p w14:paraId="2CC7C0BA" w14:textId="5B53FD10" w:rsidR="007113F8" w:rsidRDefault="00000000">
      <w:r>
        <w:rPr>
          <w:b/>
        </w:rPr>
        <w:t>Imię i nazwisko / Nazwa instytucji lub organizacji:</w:t>
      </w:r>
      <w:r>
        <w:rPr>
          <w:b/>
        </w:rPr>
        <w:br/>
      </w:r>
      <w:r>
        <w:t>....................................................................................................</w:t>
      </w:r>
      <w:r>
        <w:br/>
      </w:r>
      <w:r>
        <w:br/>
      </w:r>
      <w:r>
        <w:rPr>
          <w:b/>
        </w:rPr>
        <w:t>Adres zamieszkania / Siedziba:</w:t>
      </w:r>
      <w:r>
        <w:rPr>
          <w:b/>
        </w:rPr>
        <w:br/>
      </w:r>
      <w:r>
        <w:t>....................................................................................................</w:t>
      </w:r>
      <w:r>
        <w:br/>
      </w:r>
      <w:r>
        <w:br/>
      </w:r>
      <w:proofErr w:type="spellStart"/>
      <w:r>
        <w:rPr>
          <w:b/>
        </w:rPr>
        <w:t>Telefon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kontaktowy</w:t>
      </w:r>
      <w:proofErr w:type="spellEnd"/>
      <w:r>
        <w:rPr>
          <w:b/>
        </w:rPr>
        <w:t xml:space="preserve"> / Adres e-mail:</w:t>
      </w:r>
      <w:r>
        <w:rPr>
          <w:b/>
        </w:rPr>
        <w:br/>
      </w:r>
      <w:r>
        <w:t>....................................................................................................</w:t>
      </w:r>
      <w:r>
        <w:br/>
      </w:r>
      <w:r>
        <w:br/>
      </w:r>
      <w:r>
        <w:rPr>
          <w:b/>
        </w:rPr>
        <w:t>Status wnioskodawcy (zaznaczyć właściwe):</w:t>
      </w:r>
      <w:r>
        <w:rPr>
          <w:b/>
        </w:rPr>
        <w:br/>
      </w:r>
      <w:r>
        <w:t>[   ] Mieszkaniec / Mieszkanka</w:t>
      </w:r>
      <w:r>
        <w:br/>
        <w:t>[   ] Przedsiębiorca</w:t>
      </w:r>
      <w:r>
        <w:br/>
        <w:t>[   ] Przedstawiciel organizacji pozarządowej (NGO)</w:t>
      </w:r>
      <w:r>
        <w:br/>
        <w:t>[   ] Właściciel nieruchomości objętej konsultacjami</w:t>
      </w:r>
      <w:r>
        <w:br/>
        <w:t>[   ] Inny: ............................................................................................................</w:t>
      </w:r>
    </w:p>
    <w:p w14:paraId="06395AFE" w14:textId="77777777" w:rsidR="007113F8" w:rsidRDefault="007113F8"/>
    <w:p w14:paraId="61647752" w14:textId="77777777" w:rsidR="007113F8" w:rsidRDefault="00000000">
      <w:pPr>
        <w:pStyle w:val="Nagwek2"/>
      </w:pPr>
      <w:r>
        <w:t>2. Treść uwag i wniosków</w:t>
      </w:r>
    </w:p>
    <w:tbl>
      <w:tblPr>
        <w:tblStyle w:val="Tabela-Siatka"/>
        <w:tblW w:w="10915" w:type="dxa"/>
        <w:tblInd w:w="-1026" w:type="dxa"/>
        <w:tblLook w:val="04A0" w:firstRow="1" w:lastRow="0" w:firstColumn="1" w:lastColumn="0" w:noHBand="0" w:noVBand="1"/>
      </w:tblPr>
      <w:tblGrid>
        <w:gridCol w:w="850"/>
        <w:gridCol w:w="3403"/>
        <w:gridCol w:w="3289"/>
        <w:gridCol w:w="3373"/>
      </w:tblGrid>
      <w:tr w:rsidR="007113F8" w14:paraId="06B974CB" w14:textId="77777777" w:rsidTr="0063526A">
        <w:trPr>
          <w:trHeight w:val="1127"/>
        </w:trPr>
        <w:tc>
          <w:tcPr>
            <w:tcW w:w="850" w:type="dxa"/>
            <w:vAlign w:val="center"/>
          </w:tcPr>
          <w:p w14:paraId="664275B4" w14:textId="77777777" w:rsidR="007113F8" w:rsidRDefault="00000000" w:rsidP="00E6626A">
            <w:pPr>
              <w:jc w:val="center"/>
            </w:pPr>
            <w:proofErr w:type="spellStart"/>
            <w:r>
              <w:rPr>
                <w:b/>
              </w:rPr>
              <w:t>Lp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3403" w:type="dxa"/>
            <w:vAlign w:val="center"/>
          </w:tcPr>
          <w:p w14:paraId="1EAA7055" w14:textId="2447F0DF" w:rsidR="007113F8" w:rsidRDefault="00000000" w:rsidP="00E6626A">
            <w:pPr>
              <w:jc w:val="center"/>
            </w:pPr>
            <w:proofErr w:type="spellStart"/>
            <w:r>
              <w:rPr>
                <w:b/>
              </w:rPr>
              <w:t>Wskazanie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fragmentu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dokumentu</w:t>
            </w:r>
            <w:proofErr w:type="spellEnd"/>
            <w:r>
              <w:rPr>
                <w:b/>
              </w:rPr>
              <w:t xml:space="preserve"> (</w:t>
            </w:r>
            <w:proofErr w:type="spellStart"/>
            <w:r>
              <w:rPr>
                <w:b/>
              </w:rPr>
              <w:t>rozdział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strona</w:t>
            </w:r>
            <w:proofErr w:type="spellEnd"/>
            <w:r>
              <w:rPr>
                <w:b/>
              </w:rPr>
              <w:t xml:space="preserve">, </w:t>
            </w:r>
            <w:r w:rsidR="00875D96">
              <w:rPr>
                <w:b/>
              </w:rPr>
              <w:t xml:space="preserve">nr </w:t>
            </w:r>
            <w:proofErr w:type="spellStart"/>
            <w:r w:rsidR="00875D96">
              <w:rPr>
                <w:b/>
              </w:rPr>
              <w:t>paragrafu</w:t>
            </w:r>
            <w:proofErr w:type="spellEnd"/>
            <w:r w:rsidR="00875D96"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 xml:space="preserve">§ </w:t>
            </w:r>
            <w:r w:rsidR="00E6626A">
              <w:rPr>
                <w:b/>
              </w:rPr>
              <w:t>,</w:t>
            </w:r>
            <w:proofErr w:type="gramEnd"/>
            <w:r w:rsidR="00E6626A">
              <w:rPr>
                <w:b/>
              </w:rPr>
              <w:t xml:space="preserve"> pkt</w:t>
            </w:r>
            <w:r>
              <w:rPr>
                <w:b/>
              </w:rPr>
              <w:t>)</w:t>
            </w:r>
          </w:p>
        </w:tc>
        <w:tc>
          <w:tcPr>
            <w:tcW w:w="3289" w:type="dxa"/>
            <w:vAlign w:val="center"/>
          </w:tcPr>
          <w:p w14:paraId="0BA41C9D" w14:textId="77777777" w:rsidR="007113F8" w:rsidRDefault="00000000" w:rsidP="00E6626A">
            <w:pPr>
              <w:jc w:val="center"/>
            </w:pPr>
            <w:r>
              <w:rPr>
                <w:b/>
              </w:rPr>
              <w:t>Treść uwagi / wnioskowana zmiana</w:t>
            </w:r>
          </w:p>
        </w:tc>
        <w:tc>
          <w:tcPr>
            <w:tcW w:w="3373" w:type="dxa"/>
            <w:vAlign w:val="center"/>
          </w:tcPr>
          <w:p w14:paraId="31EA5B33" w14:textId="77777777" w:rsidR="007113F8" w:rsidRDefault="00000000" w:rsidP="00E6626A">
            <w:pPr>
              <w:jc w:val="center"/>
            </w:pPr>
            <w:r>
              <w:rPr>
                <w:b/>
              </w:rPr>
              <w:t>Uzasadnienie</w:t>
            </w:r>
          </w:p>
        </w:tc>
      </w:tr>
      <w:tr w:rsidR="007113F8" w14:paraId="0BD323B8" w14:textId="77777777" w:rsidTr="0063526A">
        <w:tc>
          <w:tcPr>
            <w:tcW w:w="850" w:type="dxa"/>
            <w:vAlign w:val="center"/>
          </w:tcPr>
          <w:p w14:paraId="13C24B3E" w14:textId="77777777" w:rsidR="007113F8" w:rsidRDefault="00000000" w:rsidP="00E6626A">
            <w:pPr>
              <w:jc w:val="center"/>
            </w:pPr>
            <w:r>
              <w:t>1.</w:t>
            </w:r>
          </w:p>
        </w:tc>
        <w:tc>
          <w:tcPr>
            <w:tcW w:w="3403" w:type="dxa"/>
            <w:vAlign w:val="center"/>
          </w:tcPr>
          <w:p w14:paraId="1FCD458B" w14:textId="77777777" w:rsidR="007113F8" w:rsidRDefault="00000000" w:rsidP="00E6626A">
            <w:pPr>
              <w:jc w:val="center"/>
            </w:pPr>
            <w:r>
              <w:br/>
            </w:r>
            <w:r>
              <w:br/>
            </w:r>
            <w:r>
              <w:br/>
            </w:r>
          </w:p>
        </w:tc>
        <w:tc>
          <w:tcPr>
            <w:tcW w:w="3289" w:type="dxa"/>
            <w:vAlign w:val="center"/>
          </w:tcPr>
          <w:p w14:paraId="20F1ABEE" w14:textId="77777777" w:rsidR="007113F8" w:rsidRDefault="007113F8" w:rsidP="00E6626A">
            <w:pPr>
              <w:jc w:val="center"/>
            </w:pPr>
          </w:p>
        </w:tc>
        <w:tc>
          <w:tcPr>
            <w:tcW w:w="3373" w:type="dxa"/>
            <w:vAlign w:val="center"/>
          </w:tcPr>
          <w:p w14:paraId="725D9968" w14:textId="77777777" w:rsidR="007113F8" w:rsidRDefault="007113F8" w:rsidP="00E6626A">
            <w:pPr>
              <w:jc w:val="center"/>
            </w:pPr>
          </w:p>
        </w:tc>
      </w:tr>
      <w:tr w:rsidR="007113F8" w14:paraId="3536251E" w14:textId="77777777" w:rsidTr="0063526A">
        <w:tc>
          <w:tcPr>
            <w:tcW w:w="850" w:type="dxa"/>
            <w:vAlign w:val="center"/>
          </w:tcPr>
          <w:p w14:paraId="3E0E03EA" w14:textId="77777777" w:rsidR="007113F8" w:rsidRDefault="00000000" w:rsidP="00E6626A">
            <w:pPr>
              <w:jc w:val="center"/>
            </w:pPr>
            <w:r>
              <w:t>2.</w:t>
            </w:r>
          </w:p>
        </w:tc>
        <w:tc>
          <w:tcPr>
            <w:tcW w:w="3403" w:type="dxa"/>
            <w:vAlign w:val="center"/>
          </w:tcPr>
          <w:p w14:paraId="3AB8F915" w14:textId="77777777" w:rsidR="007113F8" w:rsidRDefault="00000000" w:rsidP="00E6626A">
            <w:pPr>
              <w:jc w:val="center"/>
            </w:pPr>
            <w:r>
              <w:br/>
            </w:r>
            <w:r>
              <w:br/>
            </w:r>
            <w:r>
              <w:br/>
            </w:r>
          </w:p>
        </w:tc>
        <w:tc>
          <w:tcPr>
            <w:tcW w:w="3289" w:type="dxa"/>
            <w:vAlign w:val="center"/>
          </w:tcPr>
          <w:p w14:paraId="653862A2" w14:textId="77777777" w:rsidR="007113F8" w:rsidRDefault="007113F8" w:rsidP="00E6626A">
            <w:pPr>
              <w:jc w:val="center"/>
            </w:pPr>
          </w:p>
        </w:tc>
        <w:tc>
          <w:tcPr>
            <w:tcW w:w="3373" w:type="dxa"/>
            <w:vAlign w:val="center"/>
          </w:tcPr>
          <w:p w14:paraId="3F2CD00C" w14:textId="77777777" w:rsidR="007113F8" w:rsidRDefault="007113F8" w:rsidP="00E6626A">
            <w:pPr>
              <w:jc w:val="center"/>
            </w:pPr>
          </w:p>
        </w:tc>
      </w:tr>
      <w:tr w:rsidR="007113F8" w14:paraId="2D366971" w14:textId="77777777" w:rsidTr="0063526A">
        <w:tc>
          <w:tcPr>
            <w:tcW w:w="850" w:type="dxa"/>
            <w:vAlign w:val="center"/>
          </w:tcPr>
          <w:p w14:paraId="793AB1AF" w14:textId="77777777" w:rsidR="007113F8" w:rsidRDefault="00000000" w:rsidP="002C7E9E">
            <w:pPr>
              <w:jc w:val="center"/>
            </w:pPr>
            <w:r>
              <w:t>3.</w:t>
            </w:r>
          </w:p>
        </w:tc>
        <w:tc>
          <w:tcPr>
            <w:tcW w:w="3403" w:type="dxa"/>
            <w:vAlign w:val="center"/>
          </w:tcPr>
          <w:p w14:paraId="5BBF72D8" w14:textId="77777777" w:rsidR="007113F8" w:rsidRDefault="00000000" w:rsidP="002C7E9E">
            <w:pPr>
              <w:jc w:val="center"/>
            </w:pPr>
            <w:r>
              <w:br/>
            </w:r>
            <w:r>
              <w:br/>
            </w:r>
            <w:r>
              <w:br/>
            </w:r>
          </w:p>
        </w:tc>
        <w:tc>
          <w:tcPr>
            <w:tcW w:w="3289" w:type="dxa"/>
            <w:vAlign w:val="center"/>
          </w:tcPr>
          <w:p w14:paraId="5AA5B470" w14:textId="77777777" w:rsidR="007113F8" w:rsidRDefault="007113F8" w:rsidP="002C7E9E">
            <w:pPr>
              <w:jc w:val="center"/>
            </w:pPr>
          </w:p>
        </w:tc>
        <w:tc>
          <w:tcPr>
            <w:tcW w:w="3373" w:type="dxa"/>
            <w:vAlign w:val="center"/>
          </w:tcPr>
          <w:p w14:paraId="22082314" w14:textId="77777777" w:rsidR="007113F8" w:rsidRDefault="007113F8" w:rsidP="002C7E9E">
            <w:pPr>
              <w:jc w:val="center"/>
            </w:pPr>
          </w:p>
        </w:tc>
      </w:tr>
    </w:tbl>
    <w:p w14:paraId="1B77F037" w14:textId="707BB0B6" w:rsidR="007113F8" w:rsidRDefault="007113F8"/>
    <w:p w14:paraId="6347317D" w14:textId="77777777" w:rsidR="007113F8" w:rsidRDefault="007113F8"/>
    <w:p w14:paraId="3D427B80" w14:textId="77777777" w:rsidR="007113F8" w:rsidRDefault="00000000">
      <w:pPr>
        <w:pStyle w:val="Nagwek2"/>
      </w:pPr>
      <w:r>
        <w:lastRenderedPageBreak/>
        <w:t>3. Oświadczenia i RODO</w:t>
      </w:r>
    </w:p>
    <w:p w14:paraId="3A88B757" w14:textId="77777777" w:rsidR="007113F8" w:rsidRDefault="00000000">
      <w:r>
        <w:t>[   ] Wyrażam zgodę na przetwarzanie moich danych osobowych przez Organizatora konsultacji w celu opracowania raportu z konsultacji społecznych, zgodnie z art. 6 ust. 1 lit. a Rozporządzenia Parlamentu Europejskiego i Rady (UE) 2016/679 (RODO).</w:t>
      </w:r>
      <w:r>
        <w:br/>
      </w:r>
      <w:r>
        <w:br/>
        <w:t>[   ] Zostałem/am poinformowany/a o prawie do wglądu, sprostowania oraz usunięcia swoich danych osobowych.</w:t>
      </w:r>
    </w:p>
    <w:p w14:paraId="29EE5647" w14:textId="77777777" w:rsidR="007113F8" w:rsidRDefault="007113F8"/>
    <w:p w14:paraId="3770BB2F" w14:textId="77777777" w:rsidR="007113F8" w:rsidRDefault="00000000">
      <w:pPr>
        <w:jc w:val="right"/>
      </w:pPr>
      <w:r>
        <w:rPr>
          <w:b/>
        </w:rPr>
        <w:t>Miejscowość, data: .................................................</w:t>
      </w:r>
      <w:r>
        <w:rPr>
          <w:b/>
        </w:rPr>
        <w:br/>
      </w:r>
      <w:r>
        <w:rPr>
          <w:b/>
        </w:rPr>
        <w:br/>
      </w:r>
      <w:r>
        <w:rPr>
          <w:b/>
        </w:rPr>
        <w:br/>
        <w:t>Czytelny podpis wnioskodawcy: .................................................</w:t>
      </w:r>
    </w:p>
    <w:sectPr w:rsidR="007113F8" w:rsidSect="00A36829">
      <w:pgSz w:w="12240" w:h="15840"/>
      <w:pgMar w:top="567" w:right="1800" w:bottom="851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03463931">
    <w:abstractNumId w:val="8"/>
  </w:num>
  <w:num w:numId="2" w16cid:durableId="1307856664">
    <w:abstractNumId w:val="6"/>
  </w:num>
  <w:num w:numId="3" w16cid:durableId="115375761">
    <w:abstractNumId w:val="5"/>
  </w:num>
  <w:num w:numId="4" w16cid:durableId="684405037">
    <w:abstractNumId w:val="4"/>
  </w:num>
  <w:num w:numId="5" w16cid:durableId="865099467">
    <w:abstractNumId w:val="7"/>
  </w:num>
  <w:num w:numId="6" w16cid:durableId="1614635059">
    <w:abstractNumId w:val="3"/>
  </w:num>
  <w:num w:numId="7" w16cid:durableId="128204221">
    <w:abstractNumId w:val="2"/>
  </w:num>
  <w:num w:numId="8" w16cid:durableId="979194160">
    <w:abstractNumId w:val="1"/>
  </w:num>
  <w:num w:numId="9" w16cid:durableId="806898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658DF"/>
    <w:rsid w:val="001235BE"/>
    <w:rsid w:val="0015074B"/>
    <w:rsid w:val="0029639D"/>
    <w:rsid w:val="002C7E9E"/>
    <w:rsid w:val="00326F90"/>
    <w:rsid w:val="0063526A"/>
    <w:rsid w:val="007113F8"/>
    <w:rsid w:val="00875D96"/>
    <w:rsid w:val="00A36829"/>
    <w:rsid w:val="00AA1D8D"/>
    <w:rsid w:val="00B47730"/>
    <w:rsid w:val="00B72E02"/>
    <w:rsid w:val="00CB0664"/>
    <w:rsid w:val="00E6626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C597F9E"/>
  <w14:defaultImageDpi w14:val="300"/>
  <w15:docId w15:val="{314AE154-3386-4BD3-A96F-48822DF9F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234</Words>
  <Characters>1406</Characters>
  <Application>Microsoft Office Word</Application>
  <DocSecurity>0</DocSecurity>
  <Lines>11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1637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>generated by python-docx</dc:description>
  <cp:lastModifiedBy>Krzysztof Magiera</cp:lastModifiedBy>
  <cp:revision>6</cp:revision>
  <cp:lastPrinted>2026-08-25T07:31:00Z</cp:lastPrinted>
  <dcterms:created xsi:type="dcterms:W3CDTF">2026-08-25T07:27:00Z</dcterms:created>
  <dcterms:modified xsi:type="dcterms:W3CDTF">2026-08-25T07:33:00Z</dcterms:modified>
  <cp:category/>
</cp:coreProperties>
</file>